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נהר אחד – שכנים רבים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מהו נהר משותף ומה ההבדל בין מעלה הזרם למורד הזרם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איך סכר במעלה הנהר משפיע על שכנים במורד הנהר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עקרונות להסכם הוגן לחלוקת מים בין שכנים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החלק הקרוב למקור הנהר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החלק שהמים ממשיכים אליו, בדרך כלל רחוק יותר ממקור הנהר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שולט או עוצר את זרימת המים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עלולים להגיע פחות מים למורד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נהר שעובר דרך יותר מכפר או מדינה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כדי לקבוע חלוקה הוגנת ולמנוע מריבות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סכר יכול לתת חשמל ולשמור מים, אבל צריך שיהיה הוגן גם לשכנים במורד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מעלה הזרם הוא תחילת הנהר, לפני שהוא ממשיך למורד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השכנים חולקים את אותו נהר, אז פעולה במעלה משפיעה על המורד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הסכם טוב מתחשב בצרכים של כל הצדדים ולא רק של צד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שיתוף פעולה חשוב כדי שכל הצדדים יוכלו להשתמש במים לאורך 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משותף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הסכם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שיתוף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(החלק הקרוב למקור הנהר)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(החלק הרחוק יותר מהמקור)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(מבנה ששולט בזרימת המים)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(הסכמה כתובה בין שני צדדים)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(נהר שעובר דרך כמה כפרים או מדינות)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הנהר יורד מההרים ומתחיל לזרום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כפר במעלה הנהר בונה סכר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כמות המים שמגיעה למורד הנהר 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הכפרים נפגשים ומדברים על הצרכים 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שני הכפרים כותבים הסכם משותף על חלוקת המים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ופתרון בעיות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התחשבות בצרכי שני הצדדים, חלוקה שאינה פוגעת קשות באף צד, הסכמה על עדכון או בדיקה מתקופתית של ההסכם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תסביר שסכר נותן יתרונות כמו חשמל ושמירת מים, אבל יכול להפחית מים לשכנים במורד אם לא בונים אותו בצורה הוגנת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מבדיל נכון בין מעלה למורד הזרם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מסביר קשר סיבתי בין בניית סכר להשפעה על שכנים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מציע סעיף הגיוני המתייחס להוגנות או לשיתוף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להמחיש את המושגים בעזרת מרזב או בקבוק מים וקוביות לגו כסכר, כפי שמוצע בשיעור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את התלמידים לחשוב על שני הצדדים (מעלה ומורד) לפני שכותבים את ההסכם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לקשר את הנושא לדוגמה מהבית, כמו חלוקת שימוש במקלחת או במחשב בין בני המשפחה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נהר אחד – שכנים רבים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נהר עובר דרך כמה כפרים. מה שקורה בהתחלה של הנהר משפיע על הסוף שלו. נלמד מילים חדשות ונחשוב איך לחלוק מים בצורה הוגנת.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נהר משותף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נהר שעובר דרך יותר מכפר אחד או מדינה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מעלה הזרם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של הנהר שקרוב למקור, שבו המים מתחילים לזרום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מורד הזרם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של הנהר שרחוק יותר, לכיוון שהמים ממשיכים אליו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מבנה שבונים על נהר כדי לעצור או לשלוט בזרימת המים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הסכם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הסכמה כתובה בין שני צדדים על איך לפעול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שיתוף פעולה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כשאנשים או קבוצות עובדים יחד למטרה משותפת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חלוקה הוגנת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לחלק משהו כך שכל צד מקבל חלק הוגן וסביר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נמצא מעלה הזרם?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החלק הקרוב למקור הנהר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החלק הרחוק ביותר מהמקור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מקום שבו הנהר נפגש עם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אחר לסכר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נמצא מורד הזרם?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תחילת הנהר בהרים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החלק שהמים ממשיכים אליו, בדרך כלל רחוק יותר ממקור הנהר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סוג סכר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מקום שאין בו מים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התפקיד של סכר?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מייבש את הנהר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שולט או עוצר את זרימת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הופך מים מתוקים למי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מגדיל את גודל הנהר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למטה בנהר כשבונים סכר למעלה?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יגיעו יותר מים למורד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תהיה שום השפעה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עלולים להגיע פחות מים למורד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הנהר ישנה כיוון זרימה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נהר משותף?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נהר שיש בו דגים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נהר שעובר דרך יותר מכפר או מדינה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נהר שיבש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נהר קטן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צריך הסכם על נהר?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שאף אחד לא ישתמש במים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לקבוע חלוקה הוגנת ולמנוע מריבות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לסגור את הנהר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למכור את המים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סכר תמיד פוגע בכל השכנים ואין בו שום יתרון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מעלה הזרם נמצא קרוב יותר למקור הנהר ממורד הזרם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כשכפר אחד בונה סכר, אין לכך שום קשר לכפרים אחרים לאורך אותו נהר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הוגן בין שכנים יכול לכלול התחשבות בצרכים של שני הצדדים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שיתוף פעולה בין כפרים ששותפים לנהר הוא דבר לא חשוב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כפר שנמצא קרוב למקור הנהר נמצא ב-__________ הזרם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כפר שנמצא רחוק יותר מהמקור נמצא ב-__________ הזרם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מבנה שבונים על נהר כדי לשלוט בזרימת המים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נהר שעובר דרך כמה כפרים או מדינות נקרא נהר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לחלק מים בצורה הוגנת, שכנים יכולים לכתוב __________ ביניהם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כשכל הצדדים עובדים יחד למטרה משותפת, זה נקרא __________ פעולה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מעלה הזרם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הסכמה כתובה בין שני צדדים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מורד הזרם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מבנה ששולט בזרימת המים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החלק הרחוק יותר מהמקור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הסכם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נהר שעובר דרך כמה כפרים או מדינות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נהר משותף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החלק הקרוב למקור הנהר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כמות המים שמגיעה למורד הנהר קטנה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הנהר יורד מההרים ומתחיל לזרום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כפר במעלה הנהר בונה סכר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שני הכפרים כותבים הסכם משותף על חלוקת המים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הכפרים נפגשים ומדברים על הצרכים שלהם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ופתרון בעיות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ועדה משותפת של שני הכפרים מהתמונה. כתבו שלושה סעיפים להסכם הוגן על חלוקת מי הנהר.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סכר הוא 'לא רע' אבל גם לא תמיד 'טוב' לכולם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מעלה הזרם למורד הזרם?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איך סכר יכול לעזור לכפר אחד ולהשפיע על כפר אחר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סעיף אחד שהייתם מוסיפים להסכם שכנים הוגן על נהר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נהר אחד – שכנים רבים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